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770"/>
      </w:tblGrid>
      <w:tr w:rsidR="00315AF1" w:rsidRPr="00315AF1" w14:paraId="6C72F975" w14:textId="77777777" w:rsidTr="00315AF1">
        <w:trPr>
          <w:trHeight w:val="680"/>
        </w:trPr>
        <w:tc>
          <w:tcPr>
            <w:tcW w:w="3261" w:type="dxa"/>
          </w:tcPr>
          <w:p w14:paraId="01016D3F" w14:textId="77777777" w:rsidR="00315AF1" w:rsidRPr="00315AF1" w:rsidRDefault="00315AF1" w:rsidP="00315AF1">
            <w:pPr>
              <w:jc w:val="center"/>
              <w:rPr>
                <w:b/>
                <w:bCs/>
                <w:szCs w:val="26"/>
              </w:rPr>
            </w:pPr>
            <w:r w:rsidRPr="00315AF1">
              <w:rPr>
                <w:b/>
                <w:bCs/>
                <w:szCs w:val="26"/>
              </w:rPr>
              <w:t>ỦY BAN NHÂN DÂN</w:t>
            </w:r>
            <w:r w:rsidRPr="00315AF1">
              <w:rPr>
                <w:b/>
                <w:bCs/>
                <w:szCs w:val="26"/>
              </w:rPr>
              <w:br/>
              <w:t xml:space="preserve"> XÃ TÁNH LINH</w:t>
            </w:r>
          </w:p>
          <w:p w14:paraId="2EC8B413" w14:textId="77777777" w:rsidR="00315AF1" w:rsidRPr="00315AF1" w:rsidRDefault="00315AF1" w:rsidP="00315AF1">
            <w:pPr>
              <w:jc w:val="center"/>
              <w:rPr>
                <w:b/>
                <w:bCs/>
                <w:sz w:val="28"/>
                <w:szCs w:val="28"/>
              </w:rPr>
            </w:pPr>
            <w:r w:rsidRPr="00315AF1">
              <w:rPr>
                <w:b/>
                <w:bCs/>
                <w:noProof/>
                <w:sz w:val="28"/>
                <w:szCs w:val="28"/>
              </w:rPr>
              <mc:AlternateContent>
                <mc:Choice Requires="wps">
                  <w:drawing>
                    <wp:anchor distT="0" distB="0" distL="114300" distR="114300" simplePos="0" relativeHeight="251659264" behindDoc="0" locked="0" layoutInCell="1" allowOverlap="1" wp14:anchorId="35A79A49" wp14:editId="4E3C9633">
                      <wp:simplePos x="0" y="0"/>
                      <wp:positionH relativeFrom="column">
                        <wp:posOffset>670560</wp:posOffset>
                      </wp:positionH>
                      <wp:positionV relativeFrom="paragraph">
                        <wp:posOffset>17780</wp:posOffset>
                      </wp:positionV>
                      <wp:extent cx="6096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096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43C72C9F"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2.8pt,1.4pt" to="100.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" strokecolor="windowText" strokeweight=".5pt">
                      <v:stroke joinstyle="miter"/>
                    </v:line>
                  </w:pict>
                </mc:Fallback>
              </mc:AlternateContent>
            </w:r>
          </w:p>
        </w:tc>
        <w:tc>
          <w:tcPr>
            <w:tcW w:w="6770" w:type="dxa"/>
          </w:tcPr>
          <w:p w14:paraId="64B0FA7E" w14:textId="77777777" w:rsidR="00315AF1" w:rsidRPr="00315AF1" w:rsidRDefault="00315AF1" w:rsidP="00315AF1">
            <w:pPr>
              <w:jc w:val="center"/>
              <w:rPr>
                <w:b/>
                <w:bCs/>
                <w:szCs w:val="26"/>
              </w:rPr>
            </w:pPr>
            <w:r w:rsidRPr="00315AF1">
              <w:rPr>
                <w:b/>
                <w:bCs/>
                <w:szCs w:val="26"/>
              </w:rPr>
              <w:t>CỘNG HÒA XÃ HỘI CHỦ NGHĨA VIỆT NAM</w:t>
            </w:r>
          </w:p>
          <w:p w14:paraId="7486A4F3" w14:textId="77777777" w:rsidR="00315AF1" w:rsidRPr="00315AF1" w:rsidRDefault="00315AF1" w:rsidP="00315AF1">
            <w:pPr>
              <w:jc w:val="center"/>
              <w:rPr>
                <w:b/>
                <w:bCs/>
                <w:sz w:val="28"/>
                <w:szCs w:val="28"/>
              </w:rPr>
            </w:pPr>
            <w:r w:rsidRPr="00315AF1">
              <w:rPr>
                <w:b/>
                <w:bCs/>
                <w:noProof/>
                <w:sz w:val="28"/>
                <w:szCs w:val="28"/>
              </w:rPr>
              <mc:AlternateContent>
                <mc:Choice Requires="wps">
                  <w:drawing>
                    <wp:anchor distT="0" distB="0" distL="114300" distR="114300" simplePos="0" relativeHeight="251657216" behindDoc="0" locked="0" layoutInCell="1" allowOverlap="1" wp14:anchorId="3BEE3F26" wp14:editId="0F72751F">
                      <wp:simplePos x="0" y="0"/>
                      <wp:positionH relativeFrom="column">
                        <wp:posOffset>994410</wp:posOffset>
                      </wp:positionH>
                      <wp:positionV relativeFrom="paragraph">
                        <wp:posOffset>223520</wp:posOffset>
                      </wp:positionV>
                      <wp:extent cx="2115403"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2115403"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0971EC6" id="Straight Connector 5"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78.3pt,17.6pt" to="244.8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" strokecolor="windowText" strokeweight=".5pt">
                      <v:stroke joinstyle="miter"/>
                    </v:line>
                  </w:pict>
                </mc:Fallback>
              </mc:AlternateContent>
            </w:r>
            <w:r w:rsidRPr="00315AF1">
              <w:rPr>
                <w:b/>
                <w:bCs/>
                <w:sz w:val="28"/>
                <w:szCs w:val="28"/>
              </w:rPr>
              <w:t>Độc lập - Tự do - Hạnh phúc</w:t>
            </w:r>
          </w:p>
        </w:tc>
      </w:tr>
      <w:tr w:rsidR="00315AF1" w:rsidRPr="00315AF1" w14:paraId="71A72E49" w14:textId="77777777" w:rsidTr="00315AF1">
        <w:trPr>
          <w:trHeight w:val="707"/>
        </w:trPr>
        <w:tc>
          <w:tcPr>
            <w:tcW w:w="3261" w:type="dxa"/>
          </w:tcPr>
          <w:p w14:paraId="287B527C" w14:textId="24FE500E" w:rsidR="00315AF1" w:rsidRPr="00315AF1" w:rsidRDefault="00315AF1" w:rsidP="00315AF1">
            <w:pPr>
              <w:jc w:val="center"/>
              <w:rPr>
                <w:bCs/>
                <w:szCs w:val="26"/>
              </w:rPr>
            </w:pPr>
            <w:r w:rsidRPr="00315AF1">
              <w:rPr>
                <w:bCs/>
                <w:szCs w:val="26"/>
              </w:rPr>
              <w:t>Số:         /UBND</w:t>
            </w:r>
            <w:r w:rsidR="00876C4D">
              <w:rPr>
                <w:bCs/>
                <w:szCs w:val="26"/>
              </w:rPr>
              <w:t>-PKT</w:t>
            </w:r>
          </w:p>
          <w:p w14:paraId="11D8EF06" w14:textId="1E181E10" w:rsidR="00315AF1" w:rsidRPr="00315AF1" w:rsidRDefault="00315AF1" w:rsidP="00315AF1">
            <w:pPr>
              <w:jc w:val="center"/>
              <w:rPr>
                <w:bCs/>
                <w:sz w:val="28"/>
                <w:szCs w:val="28"/>
              </w:rPr>
            </w:pPr>
            <w:r w:rsidRPr="00315AF1">
              <w:rPr>
                <w:szCs w:val="26"/>
              </w:rPr>
              <w:t>V/v triển khai thực hiện Kế hoạch số 10525/KH-UBND ngày 03/7/2026 của UBND tỉnh Lâm Đồng</w:t>
            </w:r>
          </w:p>
        </w:tc>
        <w:tc>
          <w:tcPr>
            <w:tcW w:w="6770" w:type="dxa"/>
          </w:tcPr>
          <w:p w14:paraId="4A5673D9" w14:textId="4823C69B" w:rsidR="00315AF1" w:rsidRPr="00315AF1" w:rsidRDefault="00315AF1" w:rsidP="00315AF1">
            <w:pPr>
              <w:jc w:val="center"/>
              <w:rPr>
                <w:bCs/>
                <w:i/>
                <w:szCs w:val="26"/>
              </w:rPr>
            </w:pPr>
            <w:r w:rsidRPr="00315AF1">
              <w:rPr>
                <w:bCs/>
                <w:i/>
                <w:szCs w:val="26"/>
              </w:rPr>
              <w:t xml:space="preserve">Tánh Linh, ngày     tháng </w:t>
            </w:r>
            <w:r>
              <w:rPr>
                <w:bCs/>
                <w:i/>
                <w:szCs w:val="26"/>
              </w:rPr>
              <w:t>7</w:t>
            </w:r>
            <w:r w:rsidRPr="00315AF1">
              <w:rPr>
                <w:bCs/>
                <w:i/>
                <w:szCs w:val="26"/>
              </w:rPr>
              <w:t xml:space="preserve"> năm 2026</w:t>
            </w:r>
          </w:p>
        </w:tc>
      </w:tr>
    </w:tbl>
    <w:p w14:paraId="6D0251F3" w14:textId="77777777" w:rsidR="00315AF1" w:rsidRDefault="00315AF1" w:rsidP="00315AF1">
      <w:pPr>
        <w:spacing w:after="0" w:line="240" w:lineRule="auto"/>
        <w:rPr>
          <w:b/>
          <w:sz w:val="28"/>
          <w:szCs w:val="28"/>
        </w:rPr>
      </w:pPr>
    </w:p>
    <w:tbl>
      <w:tblPr>
        <w:tblStyle w:val="TableGrid"/>
        <w:tblW w:w="0" w:type="auto"/>
        <w:tblLook w:val="04A0" w:firstRow="1" w:lastRow="0" w:firstColumn="1" w:lastColumn="0" w:noHBand="0" w:noVBand="1"/>
      </w:tblPr>
      <w:tblGrid>
        <w:gridCol w:w="4253"/>
        <w:gridCol w:w="5386"/>
      </w:tblGrid>
      <w:tr w:rsidR="00315AF1" w14:paraId="60ABD16B" w14:textId="77777777" w:rsidTr="008D1F67">
        <w:tc>
          <w:tcPr>
            <w:tcW w:w="4253" w:type="dxa"/>
            <w:tcBorders>
              <w:top w:val="nil"/>
              <w:left w:val="nil"/>
              <w:bottom w:val="nil"/>
              <w:right w:val="nil"/>
            </w:tcBorders>
          </w:tcPr>
          <w:p w14:paraId="31455D0C" w14:textId="386BA5BE" w:rsidR="00315AF1" w:rsidRPr="008D1F67" w:rsidRDefault="00315AF1" w:rsidP="00315AF1">
            <w:pPr>
              <w:jc w:val="right"/>
              <w:rPr>
                <w:bCs/>
                <w:sz w:val="28"/>
                <w:szCs w:val="28"/>
              </w:rPr>
            </w:pPr>
            <w:r w:rsidRPr="008D1F67">
              <w:rPr>
                <w:bCs/>
                <w:sz w:val="28"/>
                <w:szCs w:val="28"/>
              </w:rPr>
              <w:t>Kính gửi:</w:t>
            </w:r>
          </w:p>
        </w:tc>
        <w:tc>
          <w:tcPr>
            <w:tcW w:w="5386" w:type="dxa"/>
            <w:tcBorders>
              <w:top w:val="nil"/>
              <w:left w:val="nil"/>
              <w:bottom w:val="nil"/>
              <w:right w:val="nil"/>
            </w:tcBorders>
          </w:tcPr>
          <w:p w14:paraId="1E72F1AE" w14:textId="7D9CC373" w:rsidR="00315AF1" w:rsidRPr="00315AF1" w:rsidRDefault="00315AF1" w:rsidP="00315AF1">
            <w:pPr>
              <w:rPr>
                <w:sz w:val="28"/>
                <w:szCs w:val="28"/>
              </w:rPr>
            </w:pPr>
            <w:r w:rsidRPr="00315AF1">
              <w:rPr>
                <w:sz w:val="28"/>
                <w:szCs w:val="28"/>
              </w:rPr>
              <w:t>Các cơ quan</w:t>
            </w:r>
            <w:r w:rsidR="00AE2BA5">
              <w:rPr>
                <w:sz w:val="28"/>
                <w:szCs w:val="28"/>
              </w:rPr>
              <w:t>,</w:t>
            </w:r>
            <w:r w:rsidRPr="00315AF1">
              <w:rPr>
                <w:sz w:val="28"/>
                <w:szCs w:val="28"/>
              </w:rPr>
              <w:t xml:space="preserve"> </w:t>
            </w:r>
            <w:r w:rsidR="00AE2BA5">
              <w:rPr>
                <w:sz w:val="28"/>
                <w:szCs w:val="28"/>
              </w:rPr>
              <w:t>đơn vị</w:t>
            </w:r>
            <w:r w:rsidRPr="00315AF1">
              <w:rPr>
                <w:sz w:val="28"/>
                <w:szCs w:val="28"/>
              </w:rPr>
              <w:t xml:space="preserve"> thuộc UBND xã</w:t>
            </w:r>
            <w:r w:rsidR="00AE2BA5">
              <w:rPr>
                <w:sz w:val="28"/>
                <w:szCs w:val="28"/>
              </w:rPr>
              <w:t>.</w:t>
            </w:r>
          </w:p>
          <w:p w14:paraId="4D0F57E5" w14:textId="77777777" w:rsidR="00315AF1" w:rsidRDefault="00315AF1" w:rsidP="00AE2BA5">
            <w:pPr>
              <w:rPr>
                <w:b/>
                <w:sz w:val="28"/>
                <w:szCs w:val="28"/>
              </w:rPr>
            </w:pPr>
          </w:p>
        </w:tc>
      </w:tr>
    </w:tbl>
    <w:p w14:paraId="1507E5A1" w14:textId="77777777" w:rsidR="00F44F01" w:rsidRPr="00315AF1" w:rsidRDefault="00000000" w:rsidP="00315AF1">
      <w:pPr>
        <w:spacing w:before="120" w:after="120" w:line="320" w:lineRule="exact"/>
        <w:ind w:firstLine="709"/>
        <w:jc w:val="both"/>
        <w:rPr>
          <w:sz w:val="28"/>
          <w:szCs w:val="28"/>
        </w:rPr>
      </w:pPr>
      <w:r w:rsidRPr="00315AF1">
        <w:rPr>
          <w:sz w:val="28"/>
          <w:szCs w:val="28"/>
        </w:rPr>
        <w:t>Thực hiện Kế hoạch số 10525/KH-UBND ngày 03/7/2026 của UBND tỉnh Lâm Đồng về khắc phục những hạn chế, khuyết điểm trong thực hiện mục tiêu tăng trưởng giai đoạn 2026 - 2030 theo Kế hoạch số 84-KH/TU ngày 03/6/2026 của Ban Thường vụ Tỉnh ủy;</w:t>
      </w:r>
    </w:p>
    <w:p w14:paraId="6B010C74" w14:textId="020310D0" w:rsidR="00F44F01" w:rsidRPr="00315AF1" w:rsidRDefault="00000000" w:rsidP="00315AF1">
      <w:pPr>
        <w:spacing w:before="120" w:after="120" w:line="320" w:lineRule="exact"/>
        <w:ind w:firstLine="709"/>
        <w:jc w:val="both"/>
        <w:rPr>
          <w:sz w:val="28"/>
          <w:szCs w:val="28"/>
        </w:rPr>
      </w:pPr>
      <w:r w:rsidRPr="00315AF1">
        <w:rPr>
          <w:sz w:val="28"/>
          <w:szCs w:val="28"/>
        </w:rPr>
        <w:t>Để kịp thời cụ thể hóa các nhiệm vụ phù hợp với tình hình thực tế của địa phương, Chủ tịch UBND xã yêu cầu các cơ quan, đơn vị thuộc xã triển khai thực hiện một số nội dung sau:</w:t>
      </w:r>
    </w:p>
    <w:p w14:paraId="2247BC79" w14:textId="77777777" w:rsidR="00F44F01" w:rsidRPr="00315AF1" w:rsidRDefault="00000000" w:rsidP="00315AF1">
      <w:pPr>
        <w:spacing w:before="120" w:after="120" w:line="320" w:lineRule="exact"/>
        <w:ind w:firstLine="709"/>
        <w:jc w:val="both"/>
        <w:rPr>
          <w:sz w:val="28"/>
          <w:szCs w:val="28"/>
        </w:rPr>
      </w:pPr>
      <w:r w:rsidRPr="00315AF1">
        <w:rPr>
          <w:b/>
          <w:sz w:val="28"/>
          <w:szCs w:val="28"/>
        </w:rPr>
        <w:t>1. Tổ chức quán triệt, triển khai thực hiện nghiêm túc</w:t>
      </w:r>
    </w:p>
    <w:p w14:paraId="35162B06" w14:textId="77777777" w:rsidR="00F44F01" w:rsidRPr="00315AF1" w:rsidRDefault="00000000" w:rsidP="00315AF1">
      <w:pPr>
        <w:spacing w:before="120" w:after="120" w:line="320" w:lineRule="exact"/>
        <w:ind w:firstLine="709"/>
        <w:jc w:val="both"/>
        <w:rPr>
          <w:sz w:val="28"/>
          <w:szCs w:val="28"/>
        </w:rPr>
      </w:pPr>
      <w:r w:rsidRPr="00315AF1">
        <w:rPr>
          <w:sz w:val="28"/>
          <w:szCs w:val="28"/>
        </w:rPr>
        <w:t>Thủ trưởng các cơ quan, đơn vị tổ chức quán triệt nội dung Kế hoạch số 10525/KH-UBND đến cán bộ, công chức, viên chức, người lao động thuộc phạm vi quản lý; xác định việc khắc phục hạn chế, thúc đẩy tăng trưởng và nâng cao chất lượng phục vụ Nhân dân là nhiệm vụ trọng tâm, thường xuyên.</w:t>
      </w:r>
    </w:p>
    <w:p w14:paraId="2E7D6072" w14:textId="51E9C257" w:rsidR="00F44F01" w:rsidRPr="00315AF1" w:rsidRDefault="00000000" w:rsidP="00315AF1">
      <w:pPr>
        <w:spacing w:before="120" w:after="120" w:line="320" w:lineRule="exact"/>
        <w:ind w:firstLine="709"/>
        <w:jc w:val="both"/>
        <w:rPr>
          <w:sz w:val="28"/>
          <w:szCs w:val="28"/>
        </w:rPr>
      </w:pPr>
      <w:r w:rsidRPr="00315AF1">
        <w:rPr>
          <w:sz w:val="28"/>
          <w:szCs w:val="28"/>
        </w:rPr>
        <w:t xml:space="preserve">Căn cứ chức năng, nhiệm vụ được giao, chủ động cụ thể hóa thành chương trình, kế hoạch </w:t>
      </w:r>
      <w:r w:rsidR="00AE2BA5">
        <w:rPr>
          <w:sz w:val="28"/>
          <w:szCs w:val="28"/>
        </w:rPr>
        <w:t xml:space="preserve">trong </w:t>
      </w:r>
      <w:r w:rsidRPr="00315AF1">
        <w:rPr>
          <w:sz w:val="28"/>
          <w:szCs w:val="28"/>
        </w:rPr>
        <w:t>công tác tháng, quý; phân công rõ việc, rõ người, rõ tiến độ, rõ sản phẩm, rõ trách nhiệm; gắn kết quả thực hiện với trách nhiệm người đứng đầu và đánh giá mức độ hoàn thành nhiệm vụ.</w:t>
      </w:r>
    </w:p>
    <w:p w14:paraId="1AE9B209" w14:textId="77777777" w:rsidR="00F44F01" w:rsidRPr="00315AF1" w:rsidRDefault="00000000" w:rsidP="00315AF1">
      <w:pPr>
        <w:spacing w:before="120" w:after="120" w:line="320" w:lineRule="exact"/>
        <w:ind w:firstLine="709"/>
        <w:jc w:val="both"/>
        <w:rPr>
          <w:sz w:val="28"/>
          <w:szCs w:val="28"/>
        </w:rPr>
      </w:pPr>
      <w:r w:rsidRPr="00315AF1">
        <w:rPr>
          <w:b/>
          <w:sz w:val="28"/>
          <w:szCs w:val="28"/>
        </w:rPr>
        <w:t>2. Rà soát, tham mưu giải pháp phát triển kinh tế - xã hội</w:t>
      </w:r>
    </w:p>
    <w:p w14:paraId="125FB4BA" w14:textId="77777777" w:rsidR="00F44F01" w:rsidRPr="00315AF1" w:rsidRDefault="00000000" w:rsidP="00315AF1">
      <w:pPr>
        <w:spacing w:before="120" w:after="120" w:line="320" w:lineRule="exact"/>
        <w:ind w:firstLine="709"/>
        <w:jc w:val="both"/>
        <w:rPr>
          <w:sz w:val="28"/>
          <w:szCs w:val="28"/>
        </w:rPr>
      </w:pPr>
      <w:r w:rsidRPr="00315AF1">
        <w:rPr>
          <w:sz w:val="28"/>
          <w:szCs w:val="28"/>
        </w:rPr>
        <w:t>Các cơ quan, đơn vị rà soát chỉ tiêu, nhiệm vụ thuộc lĩnh vực phụ trách; kịp thời tham mưu UBND xã giải pháp thúc đẩy sản xuất nông nghiệp, thương mại - dịch vụ, quản lý đất đai, tài nguyên, môi trường, đầu tư xây dựng, giải ngân vốn đầu tư công, thu - chi ngân sách, cải cách hành chính, chuyển đổi số, an sinh xã hội, quốc phòng - an ninh.</w:t>
      </w:r>
    </w:p>
    <w:p w14:paraId="7CA4F28C" w14:textId="4ED1C61D" w:rsidR="00F44F01" w:rsidRPr="00315AF1" w:rsidRDefault="00000000" w:rsidP="00315AF1">
      <w:pPr>
        <w:spacing w:before="120" w:after="120" w:line="320" w:lineRule="exact"/>
        <w:ind w:firstLine="709"/>
        <w:jc w:val="both"/>
        <w:rPr>
          <w:sz w:val="28"/>
          <w:szCs w:val="28"/>
        </w:rPr>
      </w:pPr>
      <w:r w:rsidRPr="00315AF1">
        <w:rPr>
          <w:sz w:val="28"/>
          <w:szCs w:val="28"/>
        </w:rPr>
        <w:t>Trong quá trình thực hiện, thường xuyên nắm bắt khó khăn, vướng mắc của người dân, hợp tác xã, hộ kinh doanh, doanh nghiệp</w:t>
      </w:r>
      <w:r w:rsidR="00AE2BA5">
        <w:rPr>
          <w:sz w:val="28"/>
          <w:szCs w:val="28"/>
        </w:rPr>
        <w:t xml:space="preserve">, </w:t>
      </w:r>
      <w:r w:rsidRPr="00315AF1">
        <w:rPr>
          <w:sz w:val="28"/>
          <w:szCs w:val="28"/>
        </w:rPr>
        <w:t>các công trình, dự án trên địa bàn; chủ động xử lý theo thẩm quyền hoặc đề xuất UBND xã xem xét, báo cáo cấp có thẩm quyền giải quyết, không để kéo dài làm ảnh hưởng đến kết quả thực hiện nhiệm vụ chung.</w:t>
      </w:r>
    </w:p>
    <w:p w14:paraId="5EF9E0CA" w14:textId="77777777" w:rsidR="00F44F01" w:rsidRPr="00315AF1" w:rsidRDefault="00000000" w:rsidP="00315AF1">
      <w:pPr>
        <w:spacing w:before="120" w:after="120" w:line="320" w:lineRule="exact"/>
        <w:ind w:firstLine="709"/>
        <w:jc w:val="both"/>
        <w:rPr>
          <w:sz w:val="28"/>
          <w:szCs w:val="28"/>
        </w:rPr>
      </w:pPr>
      <w:r w:rsidRPr="00315AF1">
        <w:rPr>
          <w:b/>
          <w:sz w:val="28"/>
          <w:szCs w:val="28"/>
        </w:rPr>
        <w:t>3. Phân công một số nhiệm vụ trọng tâm</w:t>
      </w:r>
    </w:p>
    <w:p w14:paraId="33319002" w14:textId="7BF61A08" w:rsidR="00F44F01" w:rsidRPr="00315AF1" w:rsidRDefault="00000000" w:rsidP="00AE2BA5">
      <w:pPr>
        <w:spacing w:before="120" w:after="120" w:line="320" w:lineRule="exact"/>
        <w:ind w:firstLine="709"/>
        <w:jc w:val="both"/>
        <w:rPr>
          <w:sz w:val="28"/>
          <w:szCs w:val="28"/>
        </w:rPr>
      </w:pPr>
      <w:r w:rsidRPr="00315AF1">
        <w:rPr>
          <w:b/>
          <w:sz w:val="28"/>
          <w:szCs w:val="28"/>
        </w:rPr>
        <w:lastRenderedPageBreak/>
        <w:t xml:space="preserve">Phòng Kinh tế: </w:t>
      </w:r>
      <w:r w:rsidRPr="00315AF1">
        <w:rPr>
          <w:sz w:val="28"/>
          <w:szCs w:val="28"/>
        </w:rPr>
        <w:t>chủ trì tham mưu các nhiệm vụ về phát triển sản xuất, quản lý quy hoạch, đất đai, tài nguyên, môi trường, đầu tư xây dựng, giải phóng mặt bằng, giải ngân vốn đầu tư công, quản lý tài sản công, thu ngân sách và tháo gỡ khó khăn đối với các công trình, dự án trên địa bàn.</w:t>
      </w:r>
    </w:p>
    <w:p w14:paraId="0F6E626A" w14:textId="76071730" w:rsidR="00F44F01" w:rsidRPr="00315AF1" w:rsidRDefault="00000000" w:rsidP="00AE2BA5">
      <w:pPr>
        <w:spacing w:before="120" w:after="120" w:line="320" w:lineRule="exact"/>
        <w:ind w:firstLine="709"/>
        <w:jc w:val="both"/>
        <w:rPr>
          <w:sz w:val="28"/>
          <w:szCs w:val="28"/>
        </w:rPr>
      </w:pPr>
      <w:r w:rsidRPr="00315AF1">
        <w:rPr>
          <w:b/>
          <w:sz w:val="28"/>
          <w:szCs w:val="28"/>
        </w:rPr>
        <w:t xml:space="preserve">Phòng Văn hóa - Xã hội: </w:t>
      </w:r>
      <w:r w:rsidRPr="00315AF1">
        <w:rPr>
          <w:sz w:val="28"/>
          <w:szCs w:val="28"/>
        </w:rPr>
        <w:t>chủ trì tham mưu các nhiệm vụ về giáo dục, y tế, văn hóa, lao động, việc làm, giảm nghèo, an sinh xã hội; phối hợp tuyên truyền, vận động Nhân dân đồng thuận thực hiện các chủ trương, nhiệm vụ phát triển kinh tế - xã hội.</w:t>
      </w:r>
    </w:p>
    <w:p w14:paraId="18C22D24" w14:textId="3F836293" w:rsidR="00F44F01" w:rsidRPr="00315AF1" w:rsidRDefault="00000000" w:rsidP="00AE2BA5">
      <w:pPr>
        <w:spacing w:before="120" w:after="120" w:line="320" w:lineRule="exact"/>
        <w:ind w:firstLine="709"/>
        <w:jc w:val="both"/>
        <w:rPr>
          <w:sz w:val="28"/>
          <w:szCs w:val="28"/>
        </w:rPr>
      </w:pPr>
      <w:r w:rsidRPr="00315AF1">
        <w:rPr>
          <w:b/>
          <w:sz w:val="28"/>
          <w:szCs w:val="28"/>
        </w:rPr>
        <w:t xml:space="preserve">Văn phòng HĐND và UBND xã, Trung tâm Phục vụ hành chính công xã: </w:t>
      </w:r>
      <w:r w:rsidRPr="00315AF1">
        <w:rPr>
          <w:sz w:val="28"/>
          <w:szCs w:val="28"/>
        </w:rPr>
        <w:t>tham mưu cải cách hành chính, kiểm soát thủ tục hành chính, nâng cao chất lượng phục vụ người dân, tổ chức, doanh nghiệp; theo dõi, đôn đốc, tổng hợp kết quả thực hiện</w:t>
      </w:r>
      <w:r w:rsidR="00AE2BA5">
        <w:rPr>
          <w:sz w:val="28"/>
          <w:szCs w:val="28"/>
        </w:rPr>
        <w:t>.</w:t>
      </w:r>
    </w:p>
    <w:p w14:paraId="6C4A6D21" w14:textId="21A0D491" w:rsidR="00F44F01" w:rsidRPr="00315AF1" w:rsidRDefault="00000000" w:rsidP="00AE2BA5">
      <w:pPr>
        <w:spacing w:before="120" w:after="120" w:line="320" w:lineRule="exact"/>
        <w:ind w:firstLine="709"/>
        <w:jc w:val="both"/>
        <w:rPr>
          <w:sz w:val="28"/>
          <w:szCs w:val="28"/>
        </w:rPr>
      </w:pPr>
      <w:r w:rsidRPr="00315AF1">
        <w:rPr>
          <w:b/>
          <w:sz w:val="28"/>
          <w:szCs w:val="28"/>
        </w:rPr>
        <w:t xml:space="preserve">Công an xã, Ban Chỉ huy Quân sự xã: </w:t>
      </w:r>
      <w:r w:rsidRPr="00315AF1">
        <w:rPr>
          <w:sz w:val="28"/>
          <w:szCs w:val="28"/>
        </w:rPr>
        <w:t>chủ động nắm tình hình, phối hợp bảo đảm an ninh chính trị, trật tự an toàn xã hội, quốc phòng - quân sự địa phương, tạo môi trường ổn định phục vụ phát triển kinh tế - xã hội.</w:t>
      </w:r>
    </w:p>
    <w:p w14:paraId="7E498DE2" w14:textId="63C9E74B" w:rsidR="00F44F01" w:rsidRPr="00315AF1" w:rsidRDefault="00000000" w:rsidP="00AE2BA5">
      <w:pPr>
        <w:spacing w:before="120" w:after="120" w:line="320" w:lineRule="exact"/>
        <w:ind w:firstLine="709"/>
        <w:jc w:val="both"/>
        <w:rPr>
          <w:sz w:val="28"/>
          <w:szCs w:val="28"/>
        </w:rPr>
      </w:pPr>
      <w:r w:rsidRPr="00315AF1">
        <w:rPr>
          <w:b/>
          <w:sz w:val="28"/>
          <w:szCs w:val="28"/>
        </w:rPr>
        <w:t xml:space="preserve">Các cơ quan, đơn vị còn lại: </w:t>
      </w:r>
      <w:r w:rsidRPr="00315AF1">
        <w:rPr>
          <w:sz w:val="28"/>
          <w:szCs w:val="28"/>
        </w:rPr>
        <w:t>căn cứ chức năng, nhiệm vụ được giao chủ động tổ chức thực hiện; phối hợp chặt chẽ, kịp thời với các phòng, ban chuyên môn trong quá trình triển khai.</w:t>
      </w:r>
    </w:p>
    <w:p w14:paraId="66D523E4" w14:textId="77777777" w:rsidR="00F44F01" w:rsidRPr="00315AF1" w:rsidRDefault="00000000" w:rsidP="00315AF1">
      <w:pPr>
        <w:spacing w:before="120" w:after="120" w:line="320" w:lineRule="exact"/>
        <w:ind w:firstLine="709"/>
        <w:jc w:val="both"/>
        <w:rPr>
          <w:sz w:val="28"/>
          <w:szCs w:val="28"/>
        </w:rPr>
      </w:pPr>
      <w:r w:rsidRPr="00315AF1">
        <w:rPr>
          <w:b/>
          <w:sz w:val="28"/>
          <w:szCs w:val="28"/>
        </w:rPr>
        <w:t>4. Chế độ báo cáo</w:t>
      </w:r>
    </w:p>
    <w:p w14:paraId="2CC2CC9F" w14:textId="74C596FD" w:rsidR="00F44F01" w:rsidRPr="00315AF1" w:rsidRDefault="00000000" w:rsidP="00957B14">
      <w:pPr>
        <w:spacing w:before="120" w:after="120" w:line="320" w:lineRule="exact"/>
        <w:ind w:firstLine="709"/>
        <w:jc w:val="both"/>
        <w:rPr>
          <w:sz w:val="28"/>
          <w:szCs w:val="28"/>
        </w:rPr>
      </w:pPr>
      <w:r w:rsidRPr="00315AF1">
        <w:rPr>
          <w:sz w:val="28"/>
          <w:szCs w:val="28"/>
        </w:rPr>
        <w:t xml:space="preserve">Các cơ quan, đơn vị gửi báo cáo kết quả thực hiện về UBND xã, thông qua </w:t>
      </w:r>
      <w:r w:rsidR="00AE2BA5">
        <w:rPr>
          <w:sz w:val="28"/>
          <w:szCs w:val="28"/>
        </w:rPr>
        <w:t xml:space="preserve">Phòng Kinh tế xã </w:t>
      </w:r>
      <w:r w:rsidRPr="00315AF1">
        <w:rPr>
          <w:sz w:val="28"/>
          <w:szCs w:val="28"/>
        </w:rPr>
        <w:t>khi có yêu cầu. Báo cáo nêu rõ kết quả thực hiện, khó khăn, vướng mắc, nguyên nhân và kiến nghị, đề xuất xử lý.</w:t>
      </w:r>
      <w:r w:rsidR="00957B14">
        <w:rPr>
          <w:sz w:val="28"/>
          <w:szCs w:val="28"/>
        </w:rPr>
        <w:t xml:space="preserve"> </w:t>
      </w:r>
    </w:p>
    <w:p w14:paraId="4830AC14" w14:textId="3B1452D7" w:rsidR="00F44F01" w:rsidRPr="00315AF1" w:rsidRDefault="00957B14" w:rsidP="00315AF1">
      <w:pPr>
        <w:spacing w:before="120" w:after="120" w:line="320" w:lineRule="exact"/>
        <w:ind w:firstLine="709"/>
        <w:jc w:val="both"/>
        <w:rPr>
          <w:sz w:val="28"/>
          <w:szCs w:val="28"/>
        </w:rPr>
      </w:pPr>
      <w:r>
        <w:rPr>
          <w:sz w:val="28"/>
          <w:szCs w:val="28"/>
        </w:rPr>
        <w:t>Đề nghị</w:t>
      </w:r>
      <w:r w:rsidR="00000000" w:rsidRPr="00315AF1">
        <w:rPr>
          <w:sz w:val="28"/>
          <w:szCs w:val="28"/>
        </w:rPr>
        <w:t xml:space="preserve"> các cơ quan, đơn vị nghiêm túc triển khai thực hiện./.</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3969"/>
        <w:gridCol w:w="4649"/>
      </w:tblGrid>
      <w:tr w:rsidR="00F44F01" w:rsidRPr="00315AF1" w14:paraId="228658A3" w14:textId="77777777">
        <w:trPr>
          <w:jc w:val="center"/>
        </w:trPr>
        <w:tc>
          <w:tcPr>
            <w:tcW w:w="3969" w:type="dxa"/>
            <w:tcMar>
              <w:top w:w="0" w:type="dxa"/>
              <w:left w:w="0" w:type="dxa"/>
              <w:bottom w:w="0" w:type="dxa"/>
              <w:right w:w="0" w:type="dxa"/>
            </w:tcMar>
          </w:tcPr>
          <w:p w14:paraId="0E465D93" w14:textId="77777777" w:rsidR="00F44F01" w:rsidRPr="00AE2BA5" w:rsidRDefault="00000000">
            <w:pPr>
              <w:spacing w:after="0" w:line="240" w:lineRule="auto"/>
              <w:rPr>
                <w:sz w:val="24"/>
                <w:szCs w:val="24"/>
              </w:rPr>
            </w:pPr>
            <w:r w:rsidRPr="00AE2BA5">
              <w:rPr>
                <w:b/>
                <w:i/>
                <w:sz w:val="24"/>
                <w:szCs w:val="24"/>
              </w:rPr>
              <w:t>Nơi nhận:</w:t>
            </w:r>
          </w:p>
          <w:p w14:paraId="3C808FDE" w14:textId="77777777" w:rsidR="00F44F01" w:rsidRPr="00AE2BA5" w:rsidRDefault="00000000">
            <w:pPr>
              <w:spacing w:after="0" w:line="240" w:lineRule="auto"/>
              <w:rPr>
                <w:sz w:val="22"/>
              </w:rPr>
            </w:pPr>
            <w:r w:rsidRPr="00AE2BA5">
              <w:rPr>
                <w:sz w:val="22"/>
              </w:rPr>
              <w:t>- Như trên;</w:t>
            </w:r>
          </w:p>
          <w:p w14:paraId="2B1C0BB8" w14:textId="273BE1AE" w:rsidR="00F44F01" w:rsidRPr="00AE2BA5" w:rsidRDefault="00000000">
            <w:pPr>
              <w:spacing w:after="0" w:line="240" w:lineRule="auto"/>
              <w:rPr>
                <w:sz w:val="22"/>
              </w:rPr>
            </w:pPr>
            <w:r w:rsidRPr="00AE2BA5">
              <w:rPr>
                <w:sz w:val="22"/>
              </w:rPr>
              <w:t>- T</w:t>
            </w:r>
            <w:r w:rsidR="00957B14">
              <w:rPr>
                <w:sz w:val="22"/>
              </w:rPr>
              <w:t>hường trực</w:t>
            </w:r>
            <w:r w:rsidRPr="00AE2BA5">
              <w:rPr>
                <w:sz w:val="22"/>
              </w:rPr>
              <w:t xml:space="preserve"> Đảng ủy xã;</w:t>
            </w:r>
          </w:p>
          <w:p w14:paraId="6DFA640A" w14:textId="15E3D61B" w:rsidR="00F44F01" w:rsidRPr="00AE2BA5" w:rsidRDefault="00000000">
            <w:pPr>
              <w:spacing w:after="0" w:line="240" w:lineRule="auto"/>
              <w:rPr>
                <w:sz w:val="22"/>
              </w:rPr>
            </w:pPr>
            <w:r w:rsidRPr="00AE2BA5">
              <w:rPr>
                <w:sz w:val="22"/>
              </w:rPr>
              <w:t xml:space="preserve">- </w:t>
            </w:r>
            <w:r w:rsidR="00957B14">
              <w:rPr>
                <w:sz w:val="22"/>
              </w:rPr>
              <w:t xml:space="preserve">Thường trực </w:t>
            </w:r>
            <w:r w:rsidRPr="00AE2BA5">
              <w:rPr>
                <w:sz w:val="22"/>
              </w:rPr>
              <w:t>HĐND xã;</w:t>
            </w:r>
          </w:p>
          <w:p w14:paraId="39DCB770" w14:textId="5E9322D4" w:rsidR="00F44F01" w:rsidRDefault="00000000">
            <w:pPr>
              <w:spacing w:after="0" w:line="240" w:lineRule="auto"/>
              <w:rPr>
                <w:sz w:val="22"/>
              </w:rPr>
            </w:pPr>
            <w:r w:rsidRPr="00AE2BA5">
              <w:rPr>
                <w:sz w:val="22"/>
              </w:rPr>
              <w:t xml:space="preserve">- </w:t>
            </w:r>
            <w:r w:rsidR="00957B14">
              <w:rPr>
                <w:sz w:val="22"/>
              </w:rPr>
              <w:t>CT</w:t>
            </w:r>
            <w:r w:rsidRPr="00AE2BA5">
              <w:rPr>
                <w:sz w:val="22"/>
              </w:rPr>
              <w:t>, các PCT UBND xã;</w:t>
            </w:r>
          </w:p>
          <w:p w14:paraId="590F3FE3" w14:textId="74154D0D" w:rsidR="00957B14" w:rsidRPr="00AE2BA5" w:rsidRDefault="00957B14">
            <w:pPr>
              <w:spacing w:after="0" w:line="240" w:lineRule="auto"/>
              <w:rPr>
                <w:sz w:val="22"/>
              </w:rPr>
            </w:pPr>
            <w:r>
              <w:rPr>
                <w:sz w:val="22"/>
              </w:rPr>
              <w:t>- Phòng Kinh tế xã;</w:t>
            </w:r>
          </w:p>
          <w:p w14:paraId="63761B6D" w14:textId="7CB8E68E" w:rsidR="00F44F01" w:rsidRPr="00315AF1" w:rsidRDefault="00000000">
            <w:pPr>
              <w:spacing w:after="0" w:line="240" w:lineRule="auto"/>
              <w:rPr>
                <w:sz w:val="28"/>
                <w:szCs w:val="28"/>
              </w:rPr>
            </w:pPr>
            <w:r w:rsidRPr="00AE2BA5">
              <w:rPr>
                <w:sz w:val="22"/>
              </w:rPr>
              <w:t>- Lưu: VT</w:t>
            </w:r>
            <w:r w:rsidR="00957B14">
              <w:rPr>
                <w:sz w:val="22"/>
              </w:rPr>
              <w:t>, PKT</w:t>
            </w:r>
          </w:p>
        </w:tc>
        <w:tc>
          <w:tcPr>
            <w:tcW w:w="4649" w:type="dxa"/>
            <w:tcMar>
              <w:top w:w="0" w:type="dxa"/>
              <w:left w:w="0" w:type="dxa"/>
              <w:bottom w:w="0" w:type="dxa"/>
              <w:right w:w="0" w:type="dxa"/>
            </w:tcMar>
          </w:tcPr>
          <w:p w14:paraId="3C63D1EF" w14:textId="2B3076CE" w:rsidR="00F44F01" w:rsidRPr="00315AF1" w:rsidRDefault="002D7B9D">
            <w:pPr>
              <w:spacing w:after="0" w:line="240" w:lineRule="auto"/>
              <w:jc w:val="center"/>
              <w:rPr>
                <w:sz w:val="28"/>
                <w:szCs w:val="28"/>
              </w:rPr>
            </w:pPr>
            <w:r>
              <w:rPr>
                <w:b/>
                <w:sz w:val="28"/>
                <w:szCs w:val="28"/>
              </w:rPr>
              <w:t>KT</w:t>
            </w:r>
            <w:r w:rsidR="00000000" w:rsidRPr="00315AF1">
              <w:rPr>
                <w:b/>
                <w:sz w:val="28"/>
                <w:szCs w:val="28"/>
              </w:rPr>
              <w:t>. CHỦ TỊCH</w:t>
            </w:r>
          </w:p>
          <w:p w14:paraId="5C79818F" w14:textId="3C8EF19C" w:rsidR="00F44F01" w:rsidRPr="00AE2BA5" w:rsidRDefault="00AE2BA5">
            <w:pPr>
              <w:spacing w:after="0" w:line="240" w:lineRule="auto"/>
              <w:jc w:val="center"/>
              <w:rPr>
                <w:b/>
                <w:bCs/>
                <w:sz w:val="28"/>
                <w:szCs w:val="28"/>
              </w:rPr>
            </w:pPr>
            <w:r w:rsidRPr="00AE2BA5">
              <w:rPr>
                <w:b/>
                <w:bCs/>
                <w:sz w:val="28"/>
                <w:szCs w:val="28"/>
              </w:rPr>
              <w:t>PHÓ CHỦ TỊCH</w:t>
            </w:r>
          </w:p>
          <w:p w14:paraId="3C6C2C95" w14:textId="77777777" w:rsidR="00F44F01" w:rsidRPr="00315AF1" w:rsidRDefault="00F44F01">
            <w:pPr>
              <w:spacing w:after="0" w:line="240" w:lineRule="auto"/>
              <w:jc w:val="center"/>
              <w:rPr>
                <w:sz w:val="28"/>
                <w:szCs w:val="28"/>
              </w:rPr>
            </w:pPr>
          </w:p>
          <w:p w14:paraId="1CF71D9B" w14:textId="77777777" w:rsidR="00F44F01" w:rsidRDefault="00F44F01">
            <w:pPr>
              <w:spacing w:after="0" w:line="240" w:lineRule="auto"/>
              <w:jc w:val="center"/>
              <w:rPr>
                <w:sz w:val="28"/>
                <w:szCs w:val="28"/>
              </w:rPr>
            </w:pPr>
          </w:p>
          <w:p w14:paraId="3C2E5956" w14:textId="77777777" w:rsidR="002D7B9D" w:rsidRDefault="002D7B9D">
            <w:pPr>
              <w:spacing w:after="0" w:line="240" w:lineRule="auto"/>
              <w:jc w:val="center"/>
              <w:rPr>
                <w:sz w:val="28"/>
                <w:szCs w:val="28"/>
              </w:rPr>
            </w:pPr>
          </w:p>
          <w:p w14:paraId="24F51CC7" w14:textId="77777777" w:rsidR="002D7B9D" w:rsidRDefault="002D7B9D">
            <w:pPr>
              <w:spacing w:after="0" w:line="240" w:lineRule="auto"/>
              <w:jc w:val="center"/>
              <w:rPr>
                <w:sz w:val="28"/>
                <w:szCs w:val="28"/>
              </w:rPr>
            </w:pPr>
          </w:p>
          <w:p w14:paraId="28C9F51C" w14:textId="3A1F2444" w:rsidR="002D7B9D" w:rsidRPr="002D7B9D" w:rsidRDefault="002D7B9D">
            <w:pPr>
              <w:spacing w:after="0" w:line="240" w:lineRule="auto"/>
              <w:jc w:val="center"/>
              <w:rPr>
                <w:b/>
                <w:bCs/>
                <w:sz w:val="28"/>
                <w:szCs w:val="28"/>
              </w:rPr>
            </w:pPr>
            <w:r w:rsidRPr="002D7B9D">
              <w:rPr>
                <w:b/>
                <w:bCs/>
                <w:sz w:val="28"/>
                <w:szCs w:val="28"/>
              </w:rPr>
              <w:t>Nguyễn Minh Dũng</w:t>
            </w:r>
          </w:p>
          <w:p w14:paraId="4F37961B" w14:textId="32C211E7" w:rsidR="00F44F01" w:rsidRPr="00315AF1" w:rsidRDefault="00F44F01">
            <w:pPr>
              <w:spacing w:after="0" w:line="240" w:lineRule="auto"/>
              <w:jc w:val="center"/>
              <w:rPr>
                <w:sz w:val="28"/>
                <w:szCs w:val="28"/>
              </w:rPr>
            </w:pPr>
          </w:p>
        </w:tc>
      </w:tr>
    </w:tbl>
    <w:p w14:paraId="17031BFE" w14:textId="77777777" w:rsidR="00950ADF" w:rsidRPr="00315AF1" w:rsidRDefault="00950ADF">
      <w:pPr>
        <w:rPr>
          <w:sz w:val="28"/>
          <w:szCs w:val="28"/>
        </w:rPr>
      </w:pPr>
    </w:p>
    <w:sectPr w:rsidR="00950ADF" w:rsidRPr="00315AF1" w:rsidSect="00315AF1">
      <w:pgSz w:w="12240" w:h="15840"/>
      <w:pgMar w:top="964" w:right="900" w:bottom="964" w:left="1701"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32858702">
    <w:abstractNumId w:val="8"/>
  </w:num>
  <w:num w:numId="2" w16cid:durableId="57943019">
    <w:abstractNumId w:val="6"/>
  </w:num>
  <w:num w:numId="3" w16cid:durableId="1588348622">
    <w:abstractNumId w:val="5"/>
  </w:num>
  <w:num w:numId="4" w16cid:durableId="1828521093">
    <w:abstractNumId w:val="4"/>
  </w:num>
  <w:num w:numId="5" w16cid:durableId="1246758">
    <w:abstractNumId w:val="7"/>
  </w:num>
  <w:num w:numId="6" w16cid:durableId="1554849907">
    <w:abstractNumId w:val="3"/>
  </w:num>
  <w:num w:numId="7" w16cid:durableId="1023164178">
    <w:abstractNumId w:val="2"/>
  </w:num>
  <w:num w:numId="8" w16cid:durableId="76294651">
    <w:abstractNumId w:val="1"/>
  </w:num>
  <w:num w:numId="9" w16cid:durableId="261259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D7B9D"/>
    <w:rsid w:val="00315AF1"/>
    <w:rsid w:val="00326F90"/>
    <w:rsid w:val="00463B07"/>
    <w:rsid w:val="00507A9A"/>
    <w:rsid w:val="00876C4D"/>
    <w:rsid w:val="008D1F67"/>
    <w:rsid w:val="00950ADF"/>
    <w:rsid w:val="00957B14"/>
    <w:rsid w:val="00AA1D8D"/>
    <w:rsid w:val="00AE2BA5"/>
    <w:rsid w:val="00B47730"/>
    <w:rsid w:val="00CB0664"/>
    <w:rsid w:val="00F44F0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87C80D"/>
  <w14:defaultImageDpi w14:val="300"/>
  <w15:docId w15:val="{2FEA43D3-4C54-436D-B4C2-65A9F91AB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cs="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eGrid1">
    <w:name w:val="Table Grid1"/>
    <w:basedOn w:val="TableNormal"/>
    <w:next w:val="TableGrid"/>
    <w:uiPriority w:val="39"/>
    <w:rsid w:val="00315AF1"/>
    <w:pPr>
      <w:spacing w:after="0" w:line="240" w:lineRule="auto"/>
    </w:pPr>
    <w:rPr>
      <w:rFonts w:ascii="Times New Roman" w:eastAsia="Calibri"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555</Words>
  <Characters>3167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10</cp:revision>
  <dcterms:created xsi:type="dcterms:W3CDTF">2026-07-07T01:30:00Z</dcterms:created>
  <dcterms:modified xsi:type="dcterms:W3CDTF">2026-07-07T01:36:00Z</dcterms:modified>
  <cp:category/>
</cp:coreProperties>
</file>